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91D3B" w14:textId="77777777" w:rsidR="00CB5E3E" w:rsidRDefault="00000000">
      <w:pPr>
        <w:jc w:val="center"/>
      </w:pPr>
      <w:r>
        <w:rPr>
          <w:b/>
          <w:sz w:val="28"/>
        </w:rPr>
        <w:t>LETTER OF RECOMMENDATION</w:t>
      </w:r>
    </w:p>
    <w:p w14:paraId="6DE33001" w14:textId="77777777" w:rsidR="00CB5E3E" w:rsidRDefault="00CB5E3E"/>
    <w:p w14:paraId="3FB592D2" w14:textId="77777777" w:rsidR="00CB5E3E" w:rsidRDefault="00CB5E3E"/>
    <w:p w14:paraId="33CE50E4" w14:textId="77777777" w:rsidR="00CB5E3E" w:rsidRDefault="00000000">
      <w:pPr>
        <w:jc w:val="both"/>
      </w:pPr>
      <w:r>
        <w:t xml:space="preserve">I, </w:t>
      </w:r>
      <w:r>
        <w:rPr>
          <w:b/>
        </w:rPr>
        <w:t>[SUPERVISOR’S NAME]</w:t>
      </w:r>
      <w:r>
        <w:t xml:space="preserve">, hereby recommend </w:t>
      </w:r>
      <w:r>
        <w:rPr>
          <w:b/>
        </w:rPr>
        <w:t>[STUDENT’S NAME]</w:t>
      </w:r>
      <w:r>
        <w:t xml:space="preserve">, an </w:t>
      </w:r>
      <w:r>
        <w:rPr>
          <w:b/>
        </w:rPr>
        <w:t>[undergraduate/graduate]</w:t>
      </w:r>
      <w:r>
        <w:t xml:space="preserve"> student, to participate in the </w:t>
      </w:r>
      <w:r>
        <w:rPr>
          <w:b/>
        </w:rPr>
        <w:t>5th ISPMeC and 1st LACMeC</w:t>
      </w:r>
      <w:r>
        <w:t>.</w:t>
      </w:r>
    </w:p>
    <w:p w14:paraId="0D020310" w14:textId="77777777" w:rsidR="00CB5E3E" w:rsidRDefault="00000000">
      <w:pPr>
        <w:jc w:val="both"/>
      </w:pPr>
      <w:r>
        <w:t>We believe that participation in this event is of great importance for the acquisition of knowledge, the exchange of experiences, and the establishment of national and international collaborations. Therefore, we believe that this will be a highly valuable opportunity for the student’s academic and scientific development.</w:t>
      </w:r>
    </w:p>
    <w:p w14:paraId="1DAAD1D5" w14:textId="681953B6" w:rsidR="00CB5E3E" w:rsidRDefault="005142D8">
      <w:r w:rsidRPr="005142D8">
        <w:t xml:space="preserve">I further declare that the nominated student is aware that the number of available places is limited and agrees that, </w:t>
      </w:r>
      <w:r w:rsidRPr="005142D8">
        <w:rPr>
          <w:b/>
          <w:bCs/>
        </w:rPr>
        <w:t>should they be unable to attend the event for any reason, they must notify the Organizing Committee of their absence at least 72 hours in advance</w:t>
      </w:r>
      <w:r w:rsidRPr="005142D8">
        <w:t>. This advance notice is essential to allow the Organizing Committee sufficient time to offer the available place to another student on the waiting list.</w:t>
      </w:r>
    </w:p>
    <w:p w14:paraId="3D409B4A" w14:textId="77777777" w:rsidR="00CB5E3E" w:rsidRDefault="00CB5E3E"/>
    <w:p w14:paraId="72924796" w14:textId="77777777" w:rsidR="00CB5E3E" w:rsidRDefault="00000000">
      <w:pPr>
        <w:jc w:val="right"/>
      </w:pPr>
      <w:r>
        <w:t>[City], ____________________, 2026.</w:t>
      </w:r>
    </w:p>
    <w:p w14:paraId="70D1404C" w14:textId="77777777" w:rsidR="00CB5E3E" w:rsidRDefault="00CB5E3E"/>
    <w:p w14:paraId="269C98B9" w14:textId="77777777" w:rsidR="00CB5E3E" w:rsidRDefault="00CB5E3E"/>
    <w:p w14:paraId="609BC773" w14:textId="77777777" w:rsidR="00CB5E3E" w:rsidRDefault="00CB5E3E"/>
    <w:p w14:paraId="533F633D" w14:textId="77777777" w:rsidR="00CB5E3E" w:rsidRDefault="00000000">
      <w:pPr>
        <w:jc w:val="center"/>
      </w:pPr>
      <w:r>
        <w:t>________________________________________</w:t>
      </w:r>
    </w:p>
    <w:p w14:paraId="41CEFA8B" w14:textId="77777777" w:rsidR="00CB5E3E" w:rsidRDefault="00000000">
      <w:pPr>
        <w:jc w:val="center"/>
      </w:pPr>
      <w:r>
        <w:rPr>
          <w:b/>
        </w:rPr>
        <w:t>[SUPERVISOR’S NAME]</w:t>
      </w:r>
    </w:p>
    <w:p w14:paraId="3C6E891A" w14:textId="77777777" w:rsidR="00CB5E3E" w:rsidRDefault="00000000">
      <w:pPr>
        <w:jc w:val="center"/>
      </w:pPr>
      <w:r>
        <w:t>Department: [DEPARTMENT NAME]</w:t>
      </w:r>
    </w:p>
    <w:p w14:paraId="778E85C8" w14:textId="77777777" w:rsidR="00CB5E3E" w:rsidRDefault="00000000">
      <w:pPr>
        <w:jc w:val="center"/>
      </w:pPr>
      <w:r>
        <w:t>Institution: [INSTITUTION NAME]</w:t>
      </w:r>
    </w:p>
    <w:sectPr w:rsidR="00CB5E3E"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927228280">
    <w:abstractNumId w:val="8"/>
  </w:num>
  <w:num w:numId="2" w16cid:durableId="1781220438">
    <w:abstractNumId w:val="6"/>
  </w:num>
  <w:num w:numId="3" w16cid:durableId="2061787523">
    <w:abstractNumId w:val="5"/>
  </w:num>
  <w:num w:numId="4" w16cid:durableId="976453449">
    <w:abstractNumId w:val="4"/>
  </w:num>
  <w:num w:numId="5" w16cid:durableId="1768960456">
    <w:abstractNumId w:val="7"/>
  </w:num>
  <w:num w:numId="6" w16cid:durableId="1949701893">
    <w:abstractNumId w:val="3"/>
  </w:num>
  <w:num w:numId="7" w16cid:durableId="180894076">
    <w:abstractNumId w:val="2"/>
  </w:num>
  <w:num w:numId="8" w16cid:durableId="1483082810">
    <w:abstractNumId w:val="1"/>
  </w:num>
  <w:num w:numId="9" w16cid:durableId="1017924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0630"/>
    <w:rsid w:val="0015074B"/>
    <w:rsid w:val="0029639D"/>
    <w:rsid w:val="00326F90"/>
    <w:rsid w:val="00476FEA"/>
    <w:rsid w:val="005142D8"/>
    <w:rsid w:val="00A73A57"/>
    <w:rsid w:val="00AA1D8D"/>
    <w:rsid w:val="00B47730"/>
    <w:rsid w:val="00CB0664"/>
    <w:rsid w:val="00CB5E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A55474"/>
  <w14:defaultImageDpi w14:val="300"/>
  <w15:docId w15:val="{4600BA7A-C07E-4997-8C04-D535FB04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Bárbara Mascarenhas</cp:lastModifiedBy>
  <cp:revision>2</cp:revision>
  <dcterms:created xsi:type="dcterms:W3CDTF">2026-08-11T21:45:00Z</dcterms:created>
  <dcterms:modified xsi:type="dcterms:W3CDTF">2026-08-11T21:45:00Z</dcterms:modified>
  <cp:category/>
</cp:coreProperties>
</file>